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BF0C" w14:textId="3F384A11" w:rsidR="00540157" w:rsidRDefault="00540157" w:rsidP="00540157">
      <w:r>
        <w:t xml:space="preserve">MUHAMMAD AIMAN BIN </w:t>
      </w:r>
      <w:r w:rsidR="002634B7">
        <w:t>XXXXX</w:t>
      </w:r>
      <w:r>
        <w:br/>
        <w:t xml:space="preserve">Domain 2 @ </w:t>
      </w:r>
      <w:proofErr w:type="spellStart"/>
      <w:r>
        <w:t>Neocyber</w:t>
      </w:r>
      <w:proofErr w:type="spellEnd"/>
      <w:r>
        <w:t>,</w:t>
      </w:r>
      <w:r>
        <w:br/>
      </w:r>
      <w:r w:rsidR="002634B7">
        <w:t>XXXX</w:t>
      </w:r>
      <w:r>
        <w:t>, Persiaran Ceria,</w:t>
      </w:r>
      <w:r>
        <w:br/>
        <w:t>63000 Cyberjaya,</w:t>
      </w:r>
      <w:r>
        <w:br/>
        <w:t>Selangor.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46DF">
        <w:t xml:space="preserve">          </w:t>
      </w:r>
      <w:r w:rsidR="002634B7">
        <w:t>XX</w:t>
      </w:r>
      <w:r>
        <w:t xml:space="preserve"> </w:t>
      </w:r>
      <w:proofErr w:type="spellStart"/>
      <w:r w:rsidR="00E246DF">
        <w:t>Februari</w:t>
      </w:r>
      <w:proofErr w:type="spellEnd"/>
      <w:r>
        <w:t xml:space="preserve"> 2025</w:t>
      </w:r>
      <w:r>
        <w:br/>
      </w:r>
      <w:r w:rsidRPr="00540157">
        <w:rPr>
          <w:b/>
          <w:bCs/>
          <w:u w:val="thick"/>
        </w:rPr>
        <w:t>_________________________________________________________________________________________________________</w:t>
      </w:r>
      <w:r>
        <w:br/>
      </w:r>
    </w:p>
    <w:p w14:paraId="5A249845" w14:textId="55A7D03B" w:rsidR="00540157" w:rsidRDefault="00540157" w:rsidP="00540157">
      <w:r>
        <w:t xml:space="preserve">USTAZ MUHAMMAD </w:t>
      </w:r>
      <w:r w:rsidR="004C20CF">
        <w:t>AMMAR MIRZA BIN AZAHAR</w:t>
      </w:r>
      <w:r>
        <w:br/>
      </w:r>
      <w:proofErr w:type="spellStart"/>
      <w:r>
        <w:t>Pensyarah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Islamic Theology,</w:t>
      </w:r>
      <w:r>
        <w:br/>
        <w:t xml:space="preserve">Fakulti </w:t>
      </w:r>
      <w:proofErr w:type="spellStart"/>
      <w:r>
        <w:t>Pengajian</w:t>
      </w:r>
      <w:proofErr w:type="spellEnd"/>
      <w:r>
        <w:t xml:space="preserve"> Antarabangsa,</w:t>
      </w:r>
      <w:r>
        <w:br/>
        <w:t xml:space="preserve">C2-G-13 Blok C2 CBD Perdana 3 </w:t>
      </w:r>
      <w:proofErr w:type="spellStart"/>
      <w:r>
        <w:t>Lingkaran</w:t>
      </w:r>
      <w:proofErr w:type="spellEnd"/>
      <w:r>
        <w:t xml:space="preserve"> </w:t>
      </w:r>
      <w:proofErr w:type="spellStart"/>
      <w:r>
        <w:t>Cyberpoint</w:t>
      </w:r>
      <w:proofErr w:type="spellEnd"/>
      <w:r>
        <w:t>,</w:t>
      </w:r>
      <w:r>
        <w:br/>
        <w:t>63000 Cyberjaya,</w:t>
      </w:r>
      <w:r>
        <w:br/>
        <w:t>Selangor.</w:t>
      </w:r>
    </w:p>
    <w:p w14:paraId="4F7A3C2B" w14:textId="2BDB164F" w:rsidR="0053371F" w:rsidRDefault="00000000" w:rsidP="00540157">
      <w:r>
        <w:br/>
        <w:t>Tuan,</w:t>
      </w:r>
    </w:p>
    <w:p w14:paraId="338877D3" w14:textId="451B2569" w:rsidR="00FF5B9A" w:rsidRDefault="00000000" w:rsidP="00540157">
      <w:pPr>
        <w:rPr>
          <w:b/>
          <w:bCs/>
        </w:rPr>
      </w:pPr>
      <w:r w:rsidRPr="00540157">
        <w:rPr>
          <w:b/>
          <w:bCs/>
        </w:rPr>
        <w:t xml:space="preserve">SURAT PERMOHONAN MAAF KETIDAKHADIRAN KE KELAS </w:t>
      </w:r>
      <w:r w:rsidR="001968EC">
        <w:rPr>
          <w:b/>
          <w:bCs/>
        </w:rPr>
        <w:t>BA</w:t>
      </w:r>
      <w:r w:rsidR="005F3C5A">
        <w:rPr>
          <w:b/>
          <w:bCs/>
        </w:rPr>
        <w:t xml:space="preserve">SIC COMPUTER </w:t>
      </w:r>
      <w:r w:rsidRPr="00540157">
        <w:rPr>
          <w:b/>
          <w:bCs/>
        </w:rPr>
        <w:t xml:space="preserve">PADA </w:t>
      </w:r>
      <w:r w:rsidR="00540157">
        <w:rPr>
          <w:b/>
          <w:bCs/>
        </w:rPr>
        <w:t xml:space="preserve">HARI ISNIN BERTARIKH </w:t>
      </w:r>
      <w:r w:rsidR="002634B7">
        <w:rPr>
          <w:b/>
          <w:bCs/>
        </w:rPr>
        <w:t>XXX</w:t>
      </w:r>
      <w:r w:rsidR="00540157">
        <w:rPr>
          <w:b/>
          <w:bCs/>
        </w:rPr>
        <w:t xml:space="preserve"> </w:t>
      </w:r>
      <w:r w:rsidR="008B61D8">
        <w:rPr>
          <w:b/>
          <w:bCs/>
        </w:rPr>
        <w:t>FEBRUARI</w:t>
      </w:r>
      <w:r w:rsidR="00540157">
        <w:rPr>
          <w:b/>
          <w:bCs/>
        </w:rPr>
        <w:t xml:space="preserve"> 2025</w:t>
      </w:r>
    </w:p>
    <w:p w14:paraId="362C0B30" w14:textId="0994ED5C" w:rsidR="0053371F" w:rsidRPr="00FF5B9A" w:rsidRDefault="00000000" w:rsidP="00540157">
      <w:pPr>
        <w:rPr>
          <w:b/>
          <w:bCs/>
        </w:rPr>
      </w:pPr>
      <w:r>
        <w:br/>
        <w:t xml:space="preserve">Dengan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hormatnya</w:t>
      </w:r>
      <w:proofErr w:type="spellEnd"/>
      <w:r w:rsidR="00540157">
        <w:t xml:space="preserve"> </w:t>
      </w:r>
      <w:proofErr w:type="spellStart"/>
      <w:r w:rsidR="00540157">
        <w:t>merujuk</w:t>
      </w:r>
      <w:proofErr w:type="spellEnd"/>
      <w:r w:rsidR="00540157">
        <w:t xml:space="preserve"> </w:t>
      </w:r>
      <w:proofErr w:type="spellStart"/>
      <w:r w:rsidR="00540157">
        <w:t>kepada</w:t>
      </w:r>
      <w:proofErr w:type="spellEnd"/>
      <w:r>
        <w:t xml:space="preserve"> </w:t>
      </w:r>
      <w:proofErr w:type="spellStart"/>
      <w:r>
        <w:t>perkara</w:t>
      </w:r>
      <w:proofErr w:type="spellEnd"/>
      <w:r>
        <w:t xml:space="preserve"> di </w:t>
      </w:r>
      <w:proofErr w:type="spellStart"/>
      <w:r>
        <w:t>atas</w:t>
      </w:r>
      <w:proofErr w:type="spellEnd"/>
      <w:r w:rsidR="00540157">
        <w:t>,</w:t>
      </w:r>
      <w:r>
        <w:br/>
      </w:r>
      <w:r>
        <w:br/>
        <w:t xml:space="preserve">2. Saya, </w:t>
      </w:r>
      <w:r w:rsidR="00540157">
        <w:t xml:space="preserve">Muhammad Aiman Bin </w:t>
      </w:r>
      <w:r w:rsidR="002634B7">
        <w:t>XXX</w:t>
      </w:r>
      <w:r>
        <w:t xml:space="preserve"> dengan </w:t>
      </w:r>
      <w:proofErr w:type="spellStart"/>
      <w:r>
        <w:t>nombor</w:t>
      </w:r>
      <w:proofErr w:type="spellEnd"/>
      <w:r>
        <w:t xml:space="preserve"> </w:t>
      </w:r>
      <w:proofErr w:type="spellStart"/>
      <w:r>
        <w:t>matrik</w:t>
      </w:r>
      <w:proofErr w:type="spellEnd"/>
      <w:r>
        <w:t xml:space="preserve"> </w:t>
      </w:r>
      <w:r w:rsidR="00540157">
        <w:t>2024.</w:t>
      </w:r>
      <w:r w:rsidR="002634B7">
        <w:t>XX</w:t>
      </w:r>
      <w:r w:rsidR="00540157">
        <w:t>.</w:t>
      </w:r>
      <w:r w:rsidR="002634B7">
        <w:t>XXX</w:t>
      </w:r>
      <w:r w:rsidR="00540157">
        <w:t>.Dhumy,</w:t>
      </w:r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maaf kerana </w:t>
      </w:r>
      <w:proofErr w:type="spellStart"/>
      <w:r>
        <w:t>tidak</w:t>
      </w:r>
      <w:proofErr w:type="spellEnd"/>
      <w:r>
        <w:t xml:space="preserve"> dapat </w:t>
      </w:r>
      <w:proofErr w:type="spellStart"/>
      <w:r>
        <w:t>menghadiri</w:t>
      </w:r>
      <w:proofErr w:type="spellEnd"/>
      <w:r>
        <w:t xml:space="preserve"> </w:t>
      </w:r>
      <w:proofErr w:type="spellStart"/>
      <w:r>
        <w:t>kelas</w:t>
      </w:r>
      <w:proofErr w:type="spellEnd"/>
      <w:r>
        <w:t xml:space="preserve"> </w:t>
      </w:r>
      <w:r w:rsidR="001968EC">
        <w:t>Ba</w:t>
      </w:r>
      <w:r w:rsidR="005F3C5A">
        <w:t xml:space="preserve">sic Computer </w:t>
      </w:r>
      <w:r>
        <w:t xml:space="preserve">yang </w:t>
      </w:r>
      <w:proofErr w:type="spellStart"/>
      <w:r>
        <w:t>dijadualkan</w:t>
      </w:r>
      <w:proofErr w:type="spellEnd"/>
      <w:r>
        <w:t xml:space="preserve"> pada </w:t>
      </w:r>
      <w:proofErr w:type="spellStart"/>
      <w:r w:rsidR="00FF5B9A">
        <w:t>hari</w:t>
      </w:r>
      <w:proofErr w:type="spellEnd"/>
      <w:r w:rsidR="00FF5B9A">
        <w:t xml:space="preserve"> </w:t>
      </w:r>
      <w:proofErr w:type="spellStart"/>
      <w:r w:rsidR="00FF5B9A">
        <w:t>isnin</w:t>
      </w:r>
      <w:proofErr w:type="spellEnd"/>
      <w:r w:rsidR="00FF5B9A">
        <w:t xml:space="preserve"> </w:t>
      </w:r>
      <w:proofErr w:type="spellStart"/>
      <w:r w:rsidR="00FF5B9A">
        <w:t>bertarikh</w:t>
      </w:r>
      <w:proofErr w:type="spellEnd"/>
      <w:r w:rsidR="00FF5B9A">
        <w:t xml:space="preserve"> </w:t>
      </w:r>
      <w:r w:rsidR="002634B7">
        <w:t>XX</w:t>
      </w:r>
      <w:r>
        <w:t xml:space="preserve"> </w:t>
      </w:r>
      <w:proofErr w:type="spellStart"/>
      <w:r w:rsidR="00E246DF">
        <w:t>Februari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urusan</w:t>
      </w:r>
      <w:proofErr w:type="spellEnd"/>
      <w:r>
        <w:t xml:space="preserve"> </w:t>
      </w:r>
      <w:proofErr w:type="spellStart"/>
      <w:r>
        <w:t>keluarga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dapat </w:t>
      </w:r>
      <w:proofErr w:type="spellStart"/>
      <w:r>
        <w:t>dielakkan</w:t>
      </w:r>
      <w:proofErr w:type="spellEnd"/>
      <w:r>
        <w:t>.</w:t>
      </w:r>
      <w:r>
        <w:br/>
      </w:r>
      <w:r>
        <w:br/>
        <w:t xml:space="preserve">3. Saya </w:t>
      </w:r>
      <w:proofErr w:type="spellStart"/>
      <w:r>
        <w:t>berjanji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mengambil</w:t>
      </w:r>
      <w:proofErr w:type="spellEnd"/>
      <w:r>
        <w:t xml:space="preserve"> </w:t>
      </w:r>
      <w:proofErr w:type="spellStart"/>
      <w:r>
        <w:t>inisiatif</w:t>
      </w:r>
      <w:proofErr w:type="spellEnd"/>
      <w:r>
        <w:t xml:space="preserve"> untuk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nota,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dan </w:t>
      </w:r>
      <w:proofErr w:type="spellStart"/>
      <w:r>
        <w:t>tugasan</w:t>
      </w:r>
      <w:proofErr w:type="spellEnd"/>
      <w:r>
        <w:t xml:space="preserve"> yang </w:t>
      </w:r>
      <w:proofErr w:type="spellStart"/>
      <w:r>
        <w:t>diberikan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berkenaan agar </w:t>
      </w:r>
      <w:proofErr w:type="spellStart"/>
      <w:r>
        <w:t>pembelajaran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terganggu</w:t>
      </w:r>
      <w:proofErr w:type="spellEnd"/>
      <w:r>
        <w:t>.</w:t>
      </w:r>
      <w:r>
        <w:br/>
      </w:r>
      <w:r>
        <w:br/>
        <w:t xml:space="preserve">4. Dengan ini,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memohon</w:t>
      </w:r>
      <w:proofErr w:type="spellEnd"/>
      <w:r>
        <w:t xml:space="preserve"> agar Tuan/Puan dapat </w:t>
      </w:r>
      <w:proofErr w:type="spellStart"/>
      <w:r>
        <w:t>memberi</w:t>
      </w:r>
      <w:proofErr w:type="spellEnd"/>
      <w:r>
        <w:t xml:space="preserve">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sewajarnya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permohonan</w:t>
      </w:r>
      <w:proofErr w:type="spellEnd"/>
      <w:r w:rsidR="00FF5B9A">
        <w:t xml:space="preserve"> maaf</w:t>
      </w:r>
      <w:r>
        <w:t xml:space="preserve"> </w:t>
      </w:r>
      <w:proofErr w:type="spellStart"/>
      <w:r>
        <w:t>saya</w:t>
      </w:r>
      <w:proofErr w:type="spellEnd"/>
      <w:r>
        <w:t xml:space="preserve"> ini.</w:t>
      </w:r>
      <w:r>
        <w:br/>
      </w:r>
    </w:p>
    <w:p w14:paraId="52B609C0" w14:textId="3162A1E3" w:rsidR="0053371F" w:rsidRDefault="00E55F85" w:rsidP="00540157">
      <w:proofErr w:type="spellStart"/>
      <w:r>
        <w:t>Sekian</w:t>
      </w:r>
      <w:proofErr w:type="spellEnd"/>
      <w:r>
        <w:t xml:space="preserve">,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>.</w:t>
      </w:r>
    </w:p>
    <w:p w14:paraId="2CA0F85F" w14:textId="03F373F8" w:rsidR="0053371F" w:rsidRDefault="00FF5B9A" w:rsidP="00540157">
      <w:r>
        <w:br/>
      </w:r>
      <w:r>
        <w:br/>
        <w:t>………………………………………….</w:t>
      </w:r>
      <w:r>
        <w:br/>
        <w:t>Yang benar,</w:t>
      </w:r>
      <w:r>
        <w:br/>
      </w:r>
      <w:r>
        <w:rPr>
          <w:b/>
        </w:rPr>
        <w:t xml:space="preserve">[MUHAMMAD AIMAN BIN </w:t>
      </w:r>
      <w:r w:rsidR="002634B7">
        <w:rPr>
          <w:b/>
        </w:rPr>
        <w:t>XXXX</w:t>
      </w:r>
      <w:r>
        <w:rPr>
          <w:b/>
        </w:rPr>
        <w:t>]</w:t>
      </w:r>
      <w:r>
        <w:rPr>
          <w:b/>
        </w:rPr>
        <w:br/>
      </w:r>
    </w:p>
    <w:sectPr w:rsidR="005337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9092672">
    <w:abstractNumId w:val="8"/>
  </w:num>
  <w:num w:numId="2" w16cid:durableId="1414620185">
    <w:abstractNumId w:val="6"/>
  </w:num>
  <w:num w:numId="3" w16cid:durableId="1562133681">
    <w:abstractNumId w:val="5"/>
  </w:num>
  <w:num w:numId="4" w16cid:durableId="291790945">
    <w:abstractNumId w:val="4"/>
  </w:num>
  <w:num w:numId="5" w16cid:durableId="776172322">
    <w:abstractNumId w:val="7"/>
  </w:num>
  <w:num w:numId="6" w16cid:durableId="803960803">
    <w:abstractNumId w:val="3"/>
  </w:num>
  <w:num w:numId="7" w16cid:durableId="611059350">
    <w:abstractNumId w:val="2"/>
  </w:num>
  <w:num w:numId="8" w16cid:durableId="1681392178">
    <w:abstractNumId w:val="1"/>
  </w:num>
  <w:num w:numId="9" w16cid:durableId="2120642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9AA"/>
    <w:rsid w:val="0015074B"/>
    <w:rsid w:val="001968EC"/>
    <w:rsid w:val="002634B7"/>
    <w:rsid w:val="0029639D"/>
    <w:rsid w:val="002E7843"/>
    <w:rsid w:val="00326F90"/>
    <w:rsid w:val="004C20CF"/>
    <w:rsid w:val="0053371F"/>
    <w:rsid w:val="00540157"/>
    <w:rsid w:val="0054381E"/>
    <w:rsid w:val="005F3C5A"/>
    <w:rsid w:val="008B61D8"/>
    <w:rsid w:val="00AA1D8D"/>
    <w:rsid w:val="00B47730"/>
    <w:rsid w:val="00CB0664"/>
    <w:rsid w:val="00D55C68"/>
    <w:rsid w:val="00E246DF"/>
    <w:rsid w:val="00E55F85"/>
    <w:rsid w:val="00FC693F"/>
    <w:rsid w:val="00FF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0F6014"/>
  <w14:defaultImageDpi w14:val="300"/>
  <w15:docId w15:val="{A6A4A0B4-CB68-416D-9500-35EF4893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aimanmalib@gmail.com</cp:lastModifiedBy>
  <cp:revision>9</cp:revision>
  <cp:lastPrinted>2025-02-07T13:35:00Z</cp:lastPrinted>
  <dcterms:created xsi:type="dcterms:W3CDTF">2025-02-07T13:24:00Z</dcterms:created>
  <dcterms:modified xsi:type="dcterms:W3CDTF">2025-11-19T06:32:00Z</dcterms:modified>
  <cp:category/>
</cp:coreProperties>
</file>